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4"/>
        </w:rPr>
        <w:t>REGULAMIN</w:t>
        <w:br/>
        <w:t>Rajdu rowerowego z okazji Dnia Flagi Rzeczypospolitej Polskiej „Dla Biało-Czerwonej”</w:t>
      </w:r>
    </w:p>
    <w:p>
      <w:r>
        <w:rPr>
          <w:b/>
        </w:rPr>
        <w:t>I. CELE RAJDU:</w:t>
      </w:r>
    </w:p>
    <w:p>
      <w:pPr>
        <w:pStyle w:val="ListNumber"/>
      </w:pPr>
      <w:r>
        <w:t>1. Uczczenie Dnia Flagi Rzeczypospolitej Polskiej.</w:t>
      </w:r>
    </w:p>
    <w:p>
      <w:pPr>
        <w:pStyle w:val="ListNumber"/>
      </w:pPr>
      <w:r>
        <w:t>2. Integracja lokalnej rowerowej społeczności oraz kształtowanie postaw patriotycznych.</w:t>
      </w:r>
    </w:p>
    <w:p>
      <w:pPr>
        <w:pStyle w:val="ListNumber"/>
      </w:pPr>
      <w:r>
        <w:t>3. Popularyzacja turystyki rowerowej i aktywnej formy rekreacji.</w:t>
      </w:r>
    </w:p>
    <w:p>
      <w:r>
        <w:rPr>
          <w:b/>
        </w:rPr>
        <w:t>II. ORGANIZATORZY:</w:t>
      </w:r>
    </w:p>
    <w:p>
      <w:pPr>
        <w:pStyle w:val="ListNumber"/>
      </w:pPr>
      <w:r>
        <w:t>1. Klub Krajoznawczy R.O. PTTK Szlak Brdy Bydgoszcz;</w:t>
      </w:r>
    </w:p>
    <w:p>
      <w:pPr>
        <w:pStyle w:val="ListNumber"/>
      </w:pPr>
      <w:r>
        <w:t>2. Gmina Sadki;</w:t>
      </w:r>
    </w:p>
    <w:p>
      <w:pPr>
        <w:pStyle w:val="ListNumber"/>
      </w:pPr>
      <w:r>
        <w:t>3. Gminny Ośrodek Kultury w Sadkach;</w:t>
      </w:r>
    </w:p>
    <w:p>
      <w:r>
        <w:rPr>
          <w:b/>
        </w:rPr>
        <w:t>III. TERMIN I TRASA:</w:t>
      </w:r>
    </w:p>
    <w:p>
      <w:pPr>
        <w:pStyle w:val="ListNumber"/>
      </w:pPr>
      <w:r>
        <w:t>1. Rajd odbędzie się 2 maja 2026 r., zbiórka przy Remizie OSP w Sadkach o godzinie 8:30.</w:t>
      </w:r>
    </w:p>
    <w:p>
      <w:pPr>
        <w:pStyle w:val="ListNumber"/>
      </w:pPr>
      <w:r>
        <w:t>2. Początek trasy: Remiza Ochotniczej Straży Pożarnej w Sadkach, ul. Strażacka 9.</w:t>
      </w:r>
    </w:p>
    <w:p>
      <w:pPr>
        <w:pStyle w:val="ListNumber"/>
      </w:pPr>
      <w:r>
        <w:t>3. Trasa rajdu: Sadki (Remiza OSP) – Anieliny – Bielawy – Występ – Potulice – Brzózki – Chobielin-Dwór – Sadki – dystans ok. 55 km.</w:t>
      </w:r>
    </w:p>
    <w:p>
      <w:pPr>
        <w:pStyle w:val="ListNumber"/>
      </w:pPr>
      <w:r>
        <w:t>4. Zakończenie trasy: Sadki (Remiza OSP) ok. godziny 14:00.</w:t>
      </w:r>
    </w:p>
    <w:p>
      <w:pPr>
        <w:pStyle w:val="ListNumber"/>
      </w:pPr>
      <w:r>
        <w:t>5. Charakter trasy: drogi asfaltowe, szutrowe i leśne. Trasa miejscami trudna, wymagająca dobrej kondycji fizycznej.</w:t>
      </w:r>
    </w:p>
    <w:p>
      <w:pPr>
        <w:pStyle w:val="ListNumber"/>
      </w:pPr>
      <w:r>
        <w:t>6. Prowadzący trasę: Jarosław Szczepaniak.</w:t>
      </w:r>
    </w:p>
    <w:p>
      <w:pPr>
        <w:pStyle w:val="ListNumber"/>
      </w:pPr>
      <w:r>
        <w:t>7. Organizator zastrzega sobie prawo do zmiany miejsca docelowego, przerwania lub przesunięcia Rajdu na inny termin ze względu na niekorzystne warunki atmosferyczne, mające wpływ na przejezdność szlaków w dniu Rajdu.</w:t>
      </w:r>
    </w:p>
    <w:p>
      <w:r>
        <w:rPr>
          <w:b/>
        </w:rPr>
        <w:t>IV. ZGŁOSZENIA I ZAPISY:</w:t>
      </w:r>
    </w:p>
    <w:p>
      <w:pPr>
        <w:pStyle w:val="ListNumber"/>
      </w:pPr>
      <w:r>
        <w:t>1. Formalnym warunkiem uczestnictwa w Rajdzie jest zapisanie się na listę uczestników do dnia 24.04.2026 r. Zapisanie się na listę uczestników Rajdu stanowi potwierdzenie zapoznania się z niniejszym Regulaminem Rajdu i zobowiązanie do przestrzegania jego postanowień.</w:t>
      </w:r>
    </w:p>
    <w:p>
      <w:pPr>
        <w:pStyle w:val="ListNumber"/>
      </w:pPr>
      <w:r>
        <w:t>2. Zgłoszenia należy dokonać przez wypełnienie i przesłanie do 24.04.2026 r. formularza deklaracji uczestnictwa lub e-mail: instruktor2.gok@sadki.pl podając imię i nazwisko, nr telefonu, adres poczty elektronicznej.</w:t>
      </w:r>
    </w:p>
    <w:p>
      <w:r>
        <w:rPr>
          <w:b/>
        </w:rPr>
        <w:t>V. WARUNKI UCZESTNICTWA:</w:t>
      </w:r>
    </w:p>
    <w:p>
      <w:pPr>
        <w:pStyle w:val="ListNumber"/>
      </w:pPr>
      <w:r>
        <w:t>1. W Rajdzie mogą wziąć udział osoby pełnoletnie. Niepełnoletni uczestnik (osoba powyżej 15 roku życia) może brać udział w Rajdzie tylko pod opieką rodzica (prawnego opiekuna).</w:t>
      </w:r>
    </w:p>
    <w:p>
      <w:pPr>
        <w:pStyle w:val="ListNumber"/>
      </w:pPr>
      <w:r>
        <w:t>2. Uczestnicy Rajdu nie są objęci ubezpieczeniem NW.</w:t>
      </w:r>
    </w:p>
    <w:p>
      <w:pPr>
        <w:pStyle w:val="ListNumber"/>
      </w:pPr>
      <w:r>
        <w:t>3. Uczestnicy Rajdu biorą na siebie pełną odpowiedzialność za szkody poniesione w trakcie trwania Rajdu, a w szczególności te wynikające z własnej lekkomyślności, brawury jazdy, braku zachowania przepisów ruchu drogowego.</w:t>
      </w:r>
    </w:p>
    <w:p>
      <w:pPr>
        <w:pStyle w:val="ListNumber"/>
      </w:pPr>
      <w:r>
        <w:t>4. Organizator nie ponosi odpowiedzialności za wyżej wymienione szkody.</w:t>
      </w:r>
    </w:p>
    <w:p>
      <w:pPr>
        <w:pStyle w:val="ListNumber"/>
      </w:pPr>
      <w:r>
        <w:t>5. Uczestnicy Rajdu oświadczają, że są w stanie zdrowia i kondycji, które umożliwiają im aktywny udział w Rajdzie i przejechanie dystansu ok. 55 km w ciągu jednego dnia.</w:t>
      </w:r>
    </w:p>
    <w:p>
      <w:pPr>
        <w:pStyle w:val="ListNumber"/>
      </w:pPr>
      <w:r>
        <w:t>6. Każdy z uczestników Rajdu powinien posiadać sprawny technicznie i przygotowany rower.</w:t>
      </w:r>
    </w:p>
    <w:p>
      <w:pPr>
        <w:pStyle w:val="ListNumber"/>
      </w:pPr>
      <w:r>
        <w:t>7. Rower powinien być zaopatrzony w sprawne hamulce, szkło odblaskowe czerwone z tyłu, sprawnie działające oświetlenie (przód i tył), działający sygnał dźwiękowy. Uczestnik powinien posiadać zapasową dętkę, okrycie przeciwdeszczowe, niezbędne dokumenty i środki higieny osobistej.</w:t>
      </w:r>
    </w:p>
    <w:p>
      <w:pPr>
        <w:pStyle w:val="ListNumber"/>
      </w:pPr>
      <w:r>
        <w:t>8. Wszystkim uczestnikom Rajdu zalecany jest ochronny kask rowerowy i kamizelka odblaskowa.</w:t>
      </w:r>
    </w:p>
    <w:p>
      <w:r>
        <w:rPr>
          <w:b/>
        </w:rPr>
        <w:t>VI. ORGANIZACJA:</w:t>
      </w:r>
    </w:p>
    <w:p>
      <w:pPr>
        <w:pStyle w:val="ListNumber"/>
      </w:pPr>
      <w:r>
        <w:t>1. Rajd będzie odbywać się przy nieograniczonym ruchu drogowym, wobec czego uczestnicy muszą zachować szczególną ostrożność i znać zasady ruchu drogowego.</w:t>
      </w:r>
    </w:p>
    <w:p>
      <w:pPr>
        <w:pStyle w:val="ListNumber"/>
      </w:pPr>
      <w:r>
        <w:t>2. Na trasie uczestnicy poruszają się prawą stroną drogi w 15 osobowych kolumnach jadąc jeden za drugim („gęsiego”). Między kolumnami odległość powinna wynosić ok. 200 m. W kolumnie należy poruszać się z prędkością dostosowaną do innych rowerzystów, zachowując bezpieczną odległość od poprzedzającego rowerzysty.</w:t>
      </w:r>
    </w:p>
    <w:p>
      <w:pPr>
        <w:pStyle w:val="ListNumber"/>
      </w:pPr>
      <w:r>
        <w:t>3. W czasie jazdy zabrania się: ścigania pomiędzy uczestnikami, wypuszczania kierownicy z rąk, zdejmowania stóp z pedałów, rozmawiania przez telefon komórkowy.</w:t>
      </w:r>
    </w:p>
    <w:p>
      <w:pPr>
        <w:pStyle w:val="ListNumber"/>
      </w:pPr>
      <w:r>
        <w:t>4. Postoje będą odbywały się w wyznaczonych, bezpiecznych miejscach.</w:t>
      </w:r>
    </w:p>
    <w:p>
      <w:pPr>
        <w:pStyle w:val="ListNumber"/>
      </w:pPr>
      <w:r>
        <w:t>5. W czasie Rajdu Organizator zapewnia kawę i ciasto w Brzózkach oraz posiłek w OSP Sadki.</w:t>
      </w:r>
    </w:p>
    <w:p>
      <w:r>
        <w:rPr>
          <w:b/>
        </w:rPr>
        <w:t>VII. POSTANOWIENIA KOŃCOWE:</w:t>
      </w:r>
    </w:p>
    <w:p>
      <w:pPr>
        <w:pStyle w:val="ListNumber"/>
      </w:pPr>
      <w:r>
        <w:t>1. Uczestnicy rajdu rowerowego startują na własną odpowiedzialność.</w:t>
      </w:r>
    </w:p>
    <w:p>
      <w:pPr>
        <w:pStyle w:val="ListNumber"/>
      </w:pPr>
      <w:r>
        <w:t>2. Organizator wymaga od uczestników wstrzemięźliwości od używek oraz zachowania kultury.</w:t>
      </w:r>
    </w:p>
    <w:p>
      <w:pPr>
        <w:pStyle w:val="ListNumber"/>
      </w:pPr>
      <w:r>
        <w:t>3. Nieprzestrzeganie Regulaminu może spowodować wykluczenie z Rajdu.</w:t>
      </w:r>
    </w:p>
    <w:p>
      <w:pPr>
        <w:pStyle w:val="ListNumber"/>
      </w:pPr>
      <w:r>
        <w:t>4. Uczestnicy podpisując kartę zgłoszenia potwierdzają akceptację regulaminu i zgodę na RODO.</w:t>
      </w:r>
    </w:p>
    <w:p>
      <w:pPr>
        <w:pStyle w:val="ListNumber"/>
      </w:pPr>
      <w:r>
        <w:t>5. Organizator nie ponosi odpowiedzialności za wypadki na trasie.</w:t>
      </w:r>
    </w:p>
    <w:p>
      <w:pPr>
        <w:pStyle w:val="ListNumber"/>
      </w:pPr>
      <w:r>
        <w:t>6. Udział w rajdzie jest bezpłatny.</w:t>
      </w:r>
    </w:p>
    <w:p>
      <w:r>
        <w:br w:type="page"/>
      </w:r>
    </w:p>
    <w:p>
      <w:pPr>
        <w:jc w:val="center"/>
      </w:pPr>
      <w:r>
        <w:rPr>
          <w:b/>
        </w:rPr>
        <w:t>DEKLARACJA</w:t>
        <w:br/>
        <w:t>uczestnictwa w Rajdzie rowerowym „Dla Biało-Czerwonej”</w:t>
      </w:r>
    </w:p>
    <w:p>
      <w:r>
        <w:t>Imię i nazwisko uczestnika, wiek .................................................................................................</w:t>
      </w:r>
    </w:p>
    <w:p>
      <w:r>
        <w:t>Adres zamieszka uczestnika ....................................................................................................</w:t>
      </w:r>
    </w:p>
    <w:p>
      <w:r>
        <w:t>Numer telefonu uczestnika ..........................................................................................................</w:t>
      </w:r>
    </w:p>
    <w:p>
      <w:r>
        <w:t>Imię i nazwisko rodzica/opiekuna prawnego* ...............................................................................</w:t>
      </w:r>
    </w:p>
    <w:p>
      <w:r>
        <w:t>Numer telefonu rodzica/opiekuna prawnego* ..............................................................................</w:t>
      </w:r>
    </w:p>
    <w:p>
      <w:r>
        <w:br/>
        <w:t>Zgłaszam udział/udział mojego dziecka** w Rajdzie rowerowym z okazji Dnia Flagi Rzeczypospolitej Polskiej „Dla Biało-Czerwonej” organizowanym przez Gminę Sadki, Gminny Ośrodek Kultury w Sadkach, Klub Krajoznawczy R.O.PTTK Szlak Brdy Bydgoszcz.</w:t>
      </w:r>
    </w:p>
    <w:p>
      <w:r>
        <w:br/>
        <w:t>Oświadczam, że nie mam/moje dziecko nie ma** żadnych przeciwwskazań zdrowotnych do uczestnictwa w ww. rajdzie rowerowym oraz biorę udział na własną odpowiedzialność/moje dziecko bierze udział na moją odpowiedzialność**.</w:t>
      </w:r>
    </w:p>
    <w:p>
      <w:r>
        <w:br/>
        <w:t>Oświadczam, że zapoznałam/em się z regulaminem Rajdu rowerowego z okazji Dnia Flagi Rzeczypospolitej Polskiej „Dla Biało-Czerwonej”.</w:t>
      </w:r>
    </w:p>
    <w:p>
      <w:pPr>
        <w:jc w:val="right"/>
      </w:pPr>
      <w:r>
        <w:br/>
        <w:t>.......................................................................................</w:t>
        <w:br/>
        <w:t>Data i czytelny podpis pełnoletniego uczestnika/rodzica/opiekuna prawnego**</w:t>
      </w:r>
    </w:p>
    <w:p>
      <w:r>
        <w:br/>
        <w:t>Wyrażam zgodę na przetwarzanie przez Gminny Ośrodek Kultury w Sadkach moich i mojego dziecka** danych osobowych zawartych w deklaracji w celu związanym z organizacją i przeprowadzeniem ww. rajdu rowerowego.</w:t>
      </w:r>
    </w:p>
    <w:p>
      <w:pPr>
        <w:jc w:val="right"/>
      </w:pPr>
      <w:r>
        <w:br/>
        <w:t>.......................................................................................</w:t>
        <w:br/>
        <w:t>Data i czytelny podpis pełnoletniego uczestnika/rodzica/opiekuna prawnego**</w:t>
      </w:r>
    </w:p>
    <w:p>
      <w:r>
        <w:br/>
        <w:t>*dotyczy uczestnika niepełnoletniego</w:t>
        <w:br/>
        <w:t>**niepotrzebne skreślić</w:t>
      </w:r>
    </w:p>
    <w:p>
      <w:r>
        <w:br w:type="page"/>
      </w:r>
    </w:p>
    <w:p>
      <w:pPr>
        <w:jc w:val="center"/>
      </w:pPr>
      <w:r>
        <w:rPr>
          <w:b/>
        </w:rPr>
        <w:t>Zgoda na wykorzystanie wizerunku</w:t>
      </w:r>
    </w:p>
    <w:p>
      <w:r>
        <w:t>Ja niżej podpisany/a** ..............................................................................................................,</w:t>
      </w:r>
    </w:p>
    <w:p>
      <w:r>
        <w:t>zamieszkały/a** w .....................................................................................................................,</w:t>
      </w:r>
    </w:p>
    <w:p>
      <w:r>
        <w:t>Na podstawie art. 81 ust. 1 ustawy z dnia 4 lutego 1994 r. o prawie autorskim i prawach pokrewnych oświadczam, iż wyrażam zgodę na nieodpłatne wykorzystywanie i rozpowszechnianie przez Gminny Ośrodek Kultury w Sadkach mojego wizerunku/mojego niepełnoletniego syna/córki wizerunku** wraz z imieniem i nazwiskiem:</w:t>
      </w:r>
    </w:p>
    <w:p>
      <w:pPr>
        <w:jc w:val="center"/>
      </w:pPr>
      <w:r>
        <w:t>.......................................................................................................................................................</w:t>
      </w:r>
    </w:p>
    <w:p>
      <w:pPr>
        <w:jc w:val="center"/>
      </w:pPr>
      <w:r>
        <w:t>(Imię i nazwisko niepełnoletniego uczestnika)*</w:t>
      </w:r>
    </w:p>
    <w:p>
      <w:r>
        <w:t>utrwalonego w postaci zdjęć i filmów z Rajdu rowerowego z okazji Dnia Flagi Rzeczypospolitej Polskiej „Dla Biało-Czerwonej”.</w:t>
      </w:r>
    </w:p>
    <w:p>
      <w:pPr>
        <w:pStyle w:val="ListBullet"/>
      </w:pPr>
      <w:r>
        <w:t>nie jest ograniczona ani czasowo ani terytorialnie;</w:t>
      </w:r>
    </w:p>
    <w:p>
      <w:pPr>
        <w:pStyle w:val="ListBullet"/>
      </w:pPr>
      <w:r>
        <w:t>obejmuje wszelkie formy publikacji, za pośrednictwem dowolnego medium;</w:t>
      </w:r>
    </w:p>
    <w:p>
      <w:pPr>
        <w:pStyle w:val="ListBullet"/>
      </w:pPr>
      <w:r>
        <w:t>dotyczy umieszczania wizerunku na stronach internetowych oraz na profilach portali społecznościowych;</w:t>
      </w:r>
    </w:p>
    <w:p>
      <w:pPr>
        <w:pStyle w:val="ListBullet"/>
      </w:pPr>
      <w:r>
        <w:t>dotyczy wykorzystywania wizerunku w materiałach promocyjnych Rajdu.</w:t>
      </w:r>
    </w:p>
    <w:p>
      <w:r>
        <w:br/>
        <w:t>Oświadczam, że niniejsze oświadczenie składam w imieniu własnym/mojego niepełnoletniego syna/córki**.</w:t>
      </w:r>
    </w:p>
    <w:p>
      <w:pPr>
        <w:jc w:val="right"/>
      </w:pPr>
      <w:r>
        <w:br/>
        <w:t>.......................................................................................</w:t>
        <w:br/>
        <w:t>Data i czytelny podpis pełnoletniego uczestnika/rodzica/opiekuna prawnego**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