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0B975" w14:textId="77777777" w:rsidR="00023EE4" w:rsidRPr="00AB4422" w:rsidRDefault="00023EE4" w:rsidP="00AB442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E768E3" w14:textId="77777777" w:rsidR="00023EE4" w:rsidRPr="00AB4422" w:rsidRDefault="00000000" w:rsidP="00AB44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4422">
        <w:rPr>
          <w:rFonts w:ascii="Times New Roman" w:hAnsi="Times New Roman" w:cs="Times New Roman"/>
          <w:b/>
          <w:bCs/>
          <w:sz w:val="24"/>
          <w:szCs w:val="24"/>
        </w:rPr>
        <w:t>FORMULARZ ZGŁOSZENIOWY</w:t>
      </w:r>
    </w:p>
    <w:p w14:paraId="2C405FC6" w14:textId="77777777" w:rsidR="00AB4422" w:rsidRPr="00AB4422" w:rsidRDefault="00AB4422" w:rsidP="00AB442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AFACD3" w14:textId="29F29E4C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4422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projektu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Domy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Dziennego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Pobytu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Radość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codzienności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usługa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 “door to door”</w:t>
      </w:r>
    </w:p>
    <w:p w14:paraId="52A5B29A" w14:textId="1660AD0F" w:rsidR="00023EE4" w:rsidRPr="00AB4422" w:rsidRDefault="00000000" w:rsidP="00AB442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4422">
        <w:rPr>
          <w:rFonts w:ascii="Times New Roman" w:hAnsi="Times New Roman" w:cs="Times New Roman"/>
          <w:sz w:val="24"/>
          <w:szCs w:val="24"/>
        </w:rPr>
        <w:t>realizowanego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przez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Zofię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 Pachnik w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partnerstwie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Gminą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 Sadki</w:t>
      </w:r>
    </w:p>
    <w:p w14:paraId="39C1ACC4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współfinansowanego ze środków Unii Europejskiej</w:t>
      </w:r>
    </w:p>
    <w:p w14:paraId="560DA77B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w ramach Programu Fundusze Europejskie dla Kujaw i Pomorza 2021–2027</w:t>
      </w:r>
    </w:p>
    <w:p w14:paraId="64DEF013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57ACF34D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INFORMACJE WYPEŁNIA PERSONEL PROJEKTU</w:t>
      </w:r>
    </w:p>
    <w:p w14:paraId="20FEA81E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648443E3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Data przyjęcia formularza: .....................................................</w:t>
      </w:r>
    </w:p>
    <w:p w14:paraId="412D561F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Godzina przyjęcia formularza: ................................................</w:t>
      </w:r>
    </w:p>
    <w:p w14:paraId="034DCA5E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Numer identyfikacyjny kandydata: ...........................................</w:t>
      </w:r>
    </w:p>
    <w:p w14:paraId="5A59293A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Podpis osoby przyjmującej zgłoszenie: .....................................</w:t>
      </w:r>
    </w:p>
    <w:p w14:paraId="298F6EF0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7E9FC7FF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UWAGI:</w:t>
      </w:r>
    </w:p>
    <w:p w14:paraId="52C88788" w14:textId="6BB1A8C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 xml:space="preserve">1. Przed wypełnieniem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Formularza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należy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zapoznać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się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regulaminem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usługi</w:t>
      </w:r>
      <w:proofErr w:type="spellEnd"/>
    </w:p>
    <w:p w14:paraId="72045D05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2. Formularz należy wypełnić elektronicznie lub drukowanymi literami.</w:t>
      </w:r>
    </w:p>
    <w:p w14:paraId="2C71893F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3. Należy uzupełnić wszystkie rubryki – jeśli pytanie nie dotyczy, wpisać „nie dotyczy”.</w:t>
      </w:r>
    </w:p>
    <w:p w14:paraId="1AAAF61A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4. Nie należy usuwać żadnych treści dokumentu.</w:t>
      </w:r>
    </w:p>
    <w:p w14:paraId="2BB01079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5. Wybraną odpowiedź zaznaczyć znakiem „X”.</w:t>
      </w:r>
    </w:p>
    <w:p w14:paraId="1C74C14F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6. Formularz należy spiąć w sposób trwały.</w:t>
      </w:r>
    </w:p>
    <w:p w14:paraId="4628B4E3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7. Oryginał formularza nie podlega zwrotowi.</w:t>
      </w:r>
    </w:p>
    <w:p w14:paraId="22B0435B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5F14BA32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lastRenderedPageBreak/>
        <w:t>I. INFORMACJE DOTYCZĄCE KANDYDATA DO PROJEKTU</w:t>
      </w:r>
    </w:p>
    <w:p w14:paraId="3937FC96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33E1D9F7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1. Imię: ...........................................................</w:t>
      </w:r>
    </w:p>
    <w:p w14:paraId="7A73998A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2. Nazwisko: .....................................................</w:t>
      </w:r>
    </w:p>
    <w:p w14:paraId="3FD647E8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3. Obywatelstwo:</w:t>
      </w:r>
    </w:p>
    <w:p w14:paraId="1A916407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polskie</w:t>
      </w:r>
    </w:p>
    <w:p w14:paraId="56B724BA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kraj UE</w:t>
      </w:r>
    </w:p>
    <w:p w14:paraId="4B08D8A6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kraj spoza UE / bezpaństwowiec</w:t>
      </w:r>
    </w:p>
    <w:p w14:paraId="2D6C336B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2AFD64EB" w14:textId="42B7BCE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 xml:space="preserve">4. PESEL: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="00AB4422" w:rsidRPr="00AB4422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AB4422">
        <w:rPr>
          <w:rFonts w:ascii="Times New Roman" w:hAnsi="Times New Roman" w:cs="Times New Roman"/>
          <w:sz w:val="24"/>
          <w:szCs w:val="24"/>
        </w:rPr>
        <w:t xml:space="preserve"> 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brak PESEL</w:t>
      </w:r>
    </w:p>
    <w:p w14:paraId="56154511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090771C6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5. ADRES ZAMIESZKANIA</w:t>
      </w:r>
    </w:p>
    <w:p w14:paraId="7DA46F2D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Województwo: ..................................................</w:t>
      </w:r>
    </w:p>
    <w:p w14:paraId="2849FEAB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Powiat: .........................................................</w:t>
      </w:r>
    </w:p>
    <w:p w14:paraId="39BBC08F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Gmina: .........................................................</w:t>
      </w:r>
    </w:p>
    <w:p w14:paraId="72D71100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Miejscowość: ..................................................</w:t>
      </w:r>
    </w:p>
    <w:p w14:paraId="3FB43226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Ulica, nr domu/lokalu: .......................................</w:t>
      </w:r>
    </w:p>
    <w:p w14:paraId="7EF4AD19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Kod pocztowy: ................................................</w:t>
      </w:r>
    </w:p>
    <w:p w14:paraId="0BA19B5C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Kraj: .............................................................</w:t>
      </w:r>
    </w:p>
    <w:p w14:paraId="51D1D4E3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79E0F8B4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6. ADRES KONTAKTOWY (jeśli inny niż zamieszkania):</w:t>
      </w:r>
    </w:p>
    <w:p w14:paraId="46B21557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dotyczy  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nie dotyczy</w:t>
      </w:r>
    </w:p>
    <w:p w14:paraId="38E97F80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70CD239E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lastRenderedPageBreak/>
        <w:t>7. Telefon kontaktowy: .........................................</w:t>
      </w:r>
    </w:p>
    <w:p w14:paraId="08DC679A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8. Adres e-mail: .................................................</w:t>
      </w:r>
    </w:p>
    <w:p w14:paraId="0A7F3486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4D0EA749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9. Poziom wykształcenia:</w:t>
      </w:r>
    </w:p>
    <w:p w14:paraId="4634749C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średnie I stopnia lub niższe</w:t>
      </w:r>
    </w:p>
    <w:p w14:paraId="656A5D63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ponadgimnazjalne / policealne</w:t>
      </w:r>
    </w:p>
    <w:p w14:paraId="3C8D7B34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wyższe</w:t>
      </w:r>
    </w:p>
    <w:p w14:paraId="1ABC445F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4397B91E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II. STATUS KANDYDATA I PRZYNALEŻNOŚĆ DO GRUPY DOCELOWEJ</w:t>
      </w:r>
    </w:p>
    <w:p w14:paraId="2EA58E1D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2049BCB0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KRYTERIA OBLIGATORYJNE:</w:t>
      </w:r>
    </w:p>
    <w:p w14:paraId="47D870B9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mieszkaniec woj. kujawsko-pomorskiego</w:t>
      </w:r>
    </w:p>
    <w:p w14:paraId="5569394E" w14:textId="147F1914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mieszkaniec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Gminy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="00AB4422" w:rsidRPr="00AB4422">
        <w:rPr>
          <w:rFonts w:ascii="Times New Roman" w:hAnsi="Times New Roman" w:cs="Times New Roman"/>
          <w:sz w:val="24"/>
          <w:szCs w:val="24"/>
        </w:rPr>
        <w:t>Sadki</w:t>
      </w:r>
    </w:p>
    <w:p w14:paraId="40C845D8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osoba wymagająca wsparcia w codziennym funkcjonowaniu</w:t>
      </w:r>
    </w:p>
    <w:p w14:paraId="5E2C4782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63C03079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KRYTERIA PREMIUJĄCE:</w:t>
      </w:r>
    </w:p>
    <w:p w14:paraId="5F108186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znaczny lub umiarkowany stopień niepełnosprawności</w:t>
      </w:r>
    </w:p>
    <w:p w14:paraId="1745DD48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niepełnosprawność sprzężona</w:t>
      </w:r>
    </w:p>
    <w:p w14:paraId="6E46C056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zaburzenia psychiczne</w:t>
      </w:r>
    </w:p>
    <w:p w14:paraId="2B4D9163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niepełnosprawność intelektualna</w:t>
      </w:r>
    </w:p>
    <w:p w14:paraId="59CF5D41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całościowe zaburzenia rozwojowe</w:t>
      </w:r>
    </w:p>
    <w:p w14:paraId="03395BBC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korzystanie z FE na Pomoc Żywnościową</w:t>
      </w:r>
    </w:p>
    <w:p w14:paraId="4A80FBF6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zamieszkiwanie samotnie</w:t>
      </w:r>
    </w:p>
    <w:p w14:paraId="514EDCD7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lastRenderedPageBreak/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kryzys bezdomności</w:t>
      </w:r>
    </w:p>
    <w:p w14:paraId="597B1818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dziecko poza rodziną biologiczną</w:t>
      </w:r>
    </w:p>
    <w:p w14:paraId="62583173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6C6DF5B8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III. POZOSTAŁE INFORMACJE</w:t>
      </w:r>
    </w:p>
    <w:p w14:paraId="51789817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1A6F9B20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 xml:space="preserve">Osoba z niepełnosprawnością: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TAK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NIE </w:t>
      </w: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Odmowa podania informacji</w:t>
      </w:r>
    </w:p>
    <w:p w14:paraId="469EDC43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5774D4AC" w14:textId="4425C9C3" w:rsidR="00023EE4" w:rsidRPr="00AB4422" w:rsidRDefault="00000000" w:rsidP="00AB4422">
      <w:pPr>
        <w:jc w:val="both"/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IV. WYKAZ ZAŁĄCZNIKÓW</w:t>
      </w:r>
      <w:r w:rsidR="00AB4422" w:rsidRPr="00AB442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zaznaczyć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4422" w:rsidRPr="00AB4422">
        <w:rPr>
          <w:rFonts w:ascii="Times New Roman" w:hAnsi="Times New Roman" w:cs="Times New Roman"/>
          <w:sz w:val="24"/>
          <w:szCs w:val="24"/>
        </w:rPr>
        <w:t>właściwe</w:t>
      </w:r>
      <w:proofErr w:type="spellEnd"/>
      <w:r w:rsidR="00AB4422" w:rsidRPr="00AB4422">
        <w:rPr>
          <w:rFonts w:ascii="Times New Roman" w:hAnsi="Times New Roman" w:cs="Times New Roman"/>
          <w:sz w:val="24"/>
          <w:szCs w:val="24"/>
        </w:rPr>
        <w:t>)</w:t>
      </w:r>
    </w:p>
    <w:p w14:paraId="380FBEA0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Deklaracja uczestnictwa</w:t>
      </w:r>
    </w:p>
    <w:p w14:paraId="4F10C86E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Dokumenty potwierdzające zamieszkanie</w:t>
      </w:r>
    </w:p>
    <w:p w14:paraId="51E608AA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Orzeczenie o niepełnosprawności</w:t>
      </w:r>
    </w:p>
    <w:p w14:paraId="00E74065" w14:textId="0407C464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4422">
        <w:rPr>
          <w:rFonts w:ascii="Times New Roman" w:hAnsi="Times New Roman" w:cs="Times New Roman"/>
          <w:sz w:val="24"/>
          <w:szCs w:val="24"/>
        </w:rPr>
        <w:t>Decyzja</w:t>
      </w:r>
      <w:proofErr w:type="spellEnd"/>
      <w:r w:rsidRPr="00AB4422">
        <w:rPr>
          <w:rFonts w:ascii="Times New Roman" w:hAnsi="Times New Roman" w:cs="Times New Roman"/>
          <w:sz w:val="24"/>
          <w:szCs w:val="24"/>
        </w:rPr>
        <w:t xml:space="preserve"> </w:t>
      </w:r>
      <w:r w:rsidR="00AB4422" w:rsidRPr="00AB4422">
        <w:rPr>
          <w:rFonts w:ascii="Times New Roman" w:hAnsi="Times New Roman" w:cs="Times New Roman"/>
          <w:sz w:val="24"/>
          <w:szCs w:val="24"/>
        </w:rPr>
        <w:t>GOPS</w:t>
      </w:r>
    </w:p>
    <w:p w14:paraId="429E25FA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Segoe UI Symbol" w:hAnsi="Segoe UI Symbol" w:cs="Segoe UI Symbol"/>
          <w:sz w:val="24"/>
          <w:szCs w:val="24"/>
        </w:rPr>
        <w:t>☐</w:t>
      </w:r>
      <w:r w:rsidRPr="00AB4422">
        <w:rPr>
          <w:rFonts w:ascii="Times New Roman" w:hAnsi="Times New Roman" w:cs="Times New Roman"/>
          <w:sz w:val="24"/>
          <w:szCs w:val="24"/>
        </w:rPr>
        <w:t xml:space="preserve"> Oświadczenie o potrzebie wsparcia</w:t>
      </w:r>
    </w:p>
    <w:p w14:paraId="4823C602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1F700608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Oświadczam, że podane dane są prawdziwe.</w:t>
      </w:r>
    </w:p>
    <w:p w14:paraId="27A42970" w14:textId="77777777" w:rsidR="00023EE4" w:rsidRPr="00AB4422" w:rsidRDefault="00023EE4">
      <w:pPr>
        <w:rPr>
          <w:rFonts w:ascii="Times New Roman" w:hAnsi="Times New Roman" w:cs="Times New Roman"/>
          <w:sz w:val="24"/>
          <w:szCs w:val="24"/>
        </w:rPr>
      </w:pPr>
    </w:p>
    <w:p w14:paraId="5FD680EE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>.............................................        .............................................</w:t>
      </w:r>
    </w:p>
    <w:p w14:paraId="431D2318" w14:textId="77777777" w:rsidR="00023EE4" w:rsidRPr="00AB4422" w:rsidRDefault="00000000">
      <w:pPr>
        <w:rPr>
          <w:rFonts w:ascii="Times New Roman" w:hAnsi="Times New Roman" w:cs="Times New Roman"/>
          <w:sz w:val="24"/>
          <w:szCs w:val="24"/>
        </w:rPr>
      </w:pPr>
      <w:r w:rsidRPr="00AB4422">
        <w:rPr>
          <w:rFonts w:ascii="Times New Roman" w:hAnsi="Times New Roman" w:cs="Times New Roman"/>
          <w:sz w:val="24"/>
          <w:szCs w:val="24"/>
        </w:rPr>
        <w:t xml:space="preserve">(miejscowość, </w:t>
      </w:r>
      <w:proofErr w:type="gramStart"/>
      <w:r w:rsidRPr="00AB4422">
        <w:rPr>
          <w:rFonts w:ascii="Times New Roman" w:hAnsi="Times New Roman" w:cs="Times New Roman"/>
          <w:sz w:val="24"/>
          <w:szCs w:val="24"/>
        </w:rPr>
        <w:t xml:space="preserve">data)   </w:t>
      </w:r>
      <w:proofErr w:type="gramEnd"/>
      <w:r w:rsidRPr="00AB4422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gramStart"/>
      <w:r w:rsidRPr="00AB4422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AB4422">
        <w:rPr>
          <w:rFonts w:ascii="Times New Roman" w:hAnsi="Times New Roman" w:cs="Times New Roman"/>
          <w:sz w:val="24"/>
          <w:szCs w:val="24"/>
        </w:rPr>
        <w:t>czytelny podpis kandydata)</w:t>
      </w:r>
    </w:p>
    <w:p w14:paraId="4FD83A7E" w14:textId="77777777" w:rsidR="00023EE4" w:rsidRDefault="00023EE4"/>
    <w:sectPr w:rsidR="00023EE4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B73B6" w14:textId="77777777" w:rsidR="006E07FA" w:rsidRDefault="006E07FA" w:rsidP="00AB4422">
      <w:pPr>
        <w:spacing w:after="0" w:line="240" w:lineRule="auto"/>
      </w:pPr>
      <w:r>
        <w:separator/>
      </w:r>
    </w:p>
  </w:endnote>
  <w:endnote w:type="continuationSeparator" w:id="0">
    <w:p w14:paraId="765C9416" w14:textId="77777777" w:rsidR="006E07FA" w:rsidRDefault="006E07FA" w:rsidP="00AB44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FD394" w14:textId="77777777" w:rsidR="00BD20C8" w:rsidRDefault="00BD20C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975D4" w14:textId="77777777" w:rsidR="00BD20C8" w:rsidRDefault="00BD20C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1FFB5" w14:textId="77777777" w:rsidR="00BD20C8" w:rsidRDefault="00BD20C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45AEC" w14:textId="77777777" w:rsidR="006E07FA" w:rsidRDefault="006E07FA" w:rsidP="00AB4422">
      <w:pPr>
        <w:spacing w:after="0" w:line="240" w:lineRule="auto"/>
      </w:pPr>
      <w:r>
        <w:separator/>
      </w:r>
    </w:p>
  </w:footnote>
  <w:footnote w:type="continuationSeparator" w:id="0">
    <w:p w14:paraId="59068983" w14:textId="77777777" w:rsidR="006E07FA" w:rsidRDefault="006E07FA" w:rsidP="00AB44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EF315" w14:textId="77777777" w:rsidR="00BD20C8" w:rsidRDefault="00BD20C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AC4CD" w14:textId="5B385F78" w:rsidR="00AB4422" w:rsidRDefault="00BD20C8">
    <w:pPr>
      <w:pStyle w:val="Nagwek"/>
    </w:pPr>
    <w:r>
      <w:rPr>
        <w:noProof/>
      </w:rPr>
      <w:drawing>
        <wp:inline distT="0" distB="0" distL="0" distR="0" wp14:anchorId="1CB363C0" wp14:editId="0C44FC64">
          <wp:extent cx="5486400" cy="675640"/>
          <wp:effectExtent l="0" t="0" r="0" b="0"/>
          <wp:docPr id="141113227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1132274" name="Obraz 14111322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86400" cy="675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D58E8EB" w14:textId="77777777" w:rsidR="00AB4422" w:rsidRDefault="00AB442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42FB0" w14:textId="77777777" w:rsidR="00BD20C8" w:rsidRDefault="00BD20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2558326">
    <w:abstractNumId w:val="8"/>
  </w:num>
  <w:num w:numId="2" w16cid:durableId="581598955">
    <w:abstractNumId w:val="6"/>
  </w:num>
  <w:num w:numId="3" w16cid:durableId="546256052">
    <w:abstractNumId w:val="5"/>
  </w:num>
  <w:num w:numId="4" w16cid:durableId="1384405855">
    <w:abstractNumId w:val="4"/>
  </w:num>
  <w:num w:numId="5" w16cid:durableId="580532128">
    <w:abstractNumId w:val="7"/>
  </w:num>
  <w:num w:numId="6" w16cid:durableId="451755057">
    <w:abstractNumId w:val="3"/>
  </w:num>
  <w:num w:numId="7" w16cid:durableId="809984276">
    <w:abstractNumId w:val="2"/>
  </w:num>
  <w:num w:numId="8" w16cid:durableId="1358853625">
    <w:abstractNumId w:val="1"/>
  </w:num>
  <w:num w:numId="9" w16cid:durableId="1531914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3EE4"/>
    <w:rsid w:val="00034616"/>
    <w:rsid w:val="0006063C"/>
    <w:rsid w:val="0015074B"/>
    <w:rsid w:val="0029639D"/>
    <w:rsid w:val="00326F90"/>
    <w:rsid w:val="006E07FA"/>
    <w:rsid w:val="00AA1D8D"/>
    <w:rsid w:val="00AB4422"/>
    <w:rsid w:val="00B47730"/>
    <w:rsid w:val="00BD20C8"/>
    <w:rsid w:val="00CB0664"/>
    <w:rsid w:val="00DA73BD"/>
    <w:rsid w:val="00F6100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E4E6D7"/>
  <w14:defaultImageDpi w14:val="300"/>
  <w15:docId w15:val="{89E9CFD4-C245-964F-B3BC-0C825A4D1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460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Anna Dobrzańska</cp:lastModifiedBy>
  <cp:revision>2</cp:revision>
  <dcterms:created xsi:type="dcterms:W3CDTF">2026-01-07T14:22:00Z</dcterms:created>
  <dcterms:modified xsi:type="dcterms:W3CDTF">2026-01-07T14:22:00Z</dcterms:modified>
  <cp:category/>
</cp:coreProperties>
</file>